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d'une application de gestion des projets de recherche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Azizi ilyes/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langage UML/ la prolongation/ l’état avancé/ Interface projet/ Interface chercheur/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