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Développement d'un site web dynamique assurant le support technique du réseau informatique d'une entreprise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Nebti imen/ BEN CHEIKH ALHOUCIN MADJED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00412911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SQL/ Technologie Web/ EasyPHP/ HTML/ JavaScript/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