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la paie-service de budget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Bilfan chouki/ Bourideh 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budget/ salarié/ uml/ Imprimer 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