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un centre de formation professionnel " L'INSEP"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Baouche Zina/ Abderrezek Samira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Technologie Web/ PHP/ L’Architecture Client/Serveur/ Daigramme des sequences/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