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théorie des bifur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yahia selwa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ynamiques/ La théorie des bifurc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