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Réalisartion d' une application mobile de gestion de la vie estudiantine pour les Smartphones Android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Ferhat Yasser/ Douas bilal(encadreur)/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Smartphones/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