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Diiférent types de convergence , lois des grands nombres et théorémes limites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khellaf siham/ AHMED GHEZAL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des convergences/ Filtration/ Martingale/ Inégalité de Doob/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