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Fonctionts harmoniques ,sous- harmoniques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bennedjar dounia/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complexe/ Fonction harmonique/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