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prietes de la transformee de four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lem arama/ ISMAIL KAOUA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ransformées de Fourier/ Théorème de Dirich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