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l'analyse de survie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Benkouider Lemya/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notions préliminaires/ estimation non paramétrique/ Modèles paramétriques/ Modèles semi-paramétriques/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