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des équations non linéaire f (x)=0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Laouar Meriem/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non linéaire/ équations non linéaires/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