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Algèbre des fractions rationnelles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Boutaghane razika/ Kecies Mohamed 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51015811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Structures algébriques/ Algèbre des fractions rationnelles/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