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Optimisation d'un système dynamique linéaire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Safa Boukouira/ M. AZI encadreur,M. S. ABDELOUAHAB Président,CH. E. ARROUD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51019111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Contrôle optimal/ équation d’Euler-Lagrange/ méthode de tire/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