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Calculer l'exposant de Lyapunov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Mermoule Abd Elfettah/ Laouira Widad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Système dynamique/ Exposants de Lyapunov/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