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Utilisation des colonies de fourmis pour la résolution d'un problème d'optimisation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Bouayad Aya/ BOULAROUK Yakoub président ,M. AZI Mourad examinateur,M. ZAIDI Ali rapporteur,/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Optimisation combinatoire/ métaheuristique/ l’algorithme de colonie de fourmis/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