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Stationarity of outoregressive precesse and cousistency of the maximum likelihood estimator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Kamouche Abd Arraouf/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estimation/ Processus stationnaires/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