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تنشيط سوق الاوراق المالية  دراسة مقارنة : بين بورصة الجزائر وبورصة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سامية/ ،مشري فريد(رئيسا)،زواري فرحات سليمان(مناقشا)،قطاف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الأسهم/ السندات/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