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المصرفية من وجهة نظر العملاء دراسة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هاجر/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الجودة/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