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التحليل المالي في ترشيد القرار الا ئتماني  في البنوك التجارية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وحيدة هيشور/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التحليل المالي/ الإئتمان المصرفي/ التحليل الإئتماني/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