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المكتبات  دراسة حالة مكتبات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عبلة قنيفي/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الخدمة/ المكتبة الجامعية/ مقياس الأداء/ تقييم جودة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