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إدارة المعرفة على البنوك التجارية دراسة 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هالة هميسي/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إدارة المعرفة/ الصيرفة الإلكترونية/ نظم إدارة المعرفة/ الخدمات البنكية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