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التأمين على الودائع في استقرار النظام المصرفي دراسة حالة 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أمال/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الودائع المصرفية/ الأزمات المالية و المصرفية/ طبيعة نظام التأمين على الودائع/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