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مساهمة البنوك التجارية في تمويل قطاع السكن بالجزائر دراسة حالة : الصندوق الوطني للتوفير و الاحتياط ــ بنك ــ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شريوة زينب/ ،برني ميلود (رئيسا) ,بوزاهر صونية(مناقشا),عقبة قطاف(مشرفا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التمويل العقاري/ تمويل السكن/ السوق العقاري/ القروض العقارية/ تمويل السكن في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