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معلقة -عنترة بن شداد-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لبنى/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 البيانية/ المعلقة/ الوقوف على الأطلال/ غزل و فخر/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