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معلقة لبيد بن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سامية/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المعلقة/ مظاهر الحياة/ مظاهر الموت/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