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رسالة السيف والقلم لابن برد الأصغر الأندلسي مقاربة سيميائية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مخلوفي أمينة/ عامر رضا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80045211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سيميائية المكان/ السيمياء/ سيميائية التناص/ سيميائية الإنزياح/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