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النّبل والحرب في معلقة عنترة بن شداد: ــ دراسة بنيوية ـ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راوية يخلف/ سلطاني رشيد(مشرفا)/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80047911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البنية/ المعلقة/ البنيوية/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