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سردية الشعر في معلقة امرىء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كريمة جوامبي/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السرد/ المعلقة/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