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الالتزام والتجديد في شعر دعبل الخزاعي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رقاد/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العباسي/ التجديد/ الإلتزام/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