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دالية بن جابر الأندلسي :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بوشلوش/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المستوى الصوتي/ المستوى الصرفي/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