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الأنوثة في شعر ابن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دباش مريم/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الأضداد/ الإنسان/ الأنا و الآخر/ لوائح التأنيث/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