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قي شعر بشار بن 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رقيق/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الصورة التشبيهية/ الصورة الاستعارية/ الخيال/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