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حجاجي عند الإمام نجم الدين الطو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كش عبد الحفيظ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حجاج/ الجدل/ الاساليب الاست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