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الجناس في جزء ''تبارك''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وداد عبد العالي/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الإعجاز البلاغي/ القرآن الكريم/ الجناس/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