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الحوار في القرآن الكريم ؛بنيتها وأبعادها الدلالية دراسة تطبيقية في سورة البقرة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يمنى مزهود/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الفكر و اللغة/ المعنى و اللفظ/ المنطوق و المكتوب/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