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النصوص الأدبية وأثرها في الفهم والتدوق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زينب فرحات/ محفوظي خديجة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النصوص الأدبية/ القراءة/ التعليمية/ الفهم/ التدوق/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