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التبليغية بين '' ابن خلدون '' و ''تشومسكي''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حمودة/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التواصل/ ظواهر اللسان/ وظائف اللغة/ نظرية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