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ديوان أبي مدين التلمساني (دراسة تأويلية)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حاج سعاد/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التجربة الشعرية/ الرمز/ التصوف/ الرمز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