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عينية ابن جابر الأندلسي في المديح النبوي -دراسة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إيمان/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الأسماء/ التحليل الصوتي/ التحليل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