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ثورة الشرفاء لمفدي زكريا 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شهيرة قيبوح/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