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التقديم والتأخير بين البلاغة العربية والتداولية  دلائل الإعجاز لعبد القاهر الجرجاني أ 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كنزة زويلخ/ وشن دلال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البلاغة/ علم المعاني/ التداولية/ الاستلزام الحواري/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