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جاء عند المتنبي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سامي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هجاء/ الأسلوب/ هجائيات المت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