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سورة''الكهف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بوبيدي/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الظواهر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