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النبوي  - حجة الوداع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وسيلة/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الخطابة النبوية/ الخطاب الحجاجي/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