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فن الرسالة عند أبي القاسم القالمي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فعرور/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الرسالة/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