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للسنة الأولى من التعليم الابتدائي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نادية سواعدي/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التعليمية/ أنواع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