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بين رسالة الغفران للمعري والمنام الكبير للوهراني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صميدع راوية/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المعراج/ العالم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