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المفاهيم اللسانية في مقدمة -ابن خلدون-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خلاف مريم/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 العربي/ الملكة اللغوية/ الملكة اللسانية/ التعليم و التعلم/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