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مستويات اللغة في قصيدة عاشق من فلسطين لمحمود درويش دراسة لسانية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عكال نادية/ بوادي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الدلالة/ النحو/ الصوت اللغوي/ الصوامت و الصوائت/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