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همزية ابن رشيق القيرواني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ناموس سهيلة/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التناص/ النص/ الخطاب النقدي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